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E53935"/>
          <w:sz w:val="40"/>
        </w:rPr>
        <w:t>JOHN DOE</w:t>
      </w:r>
    </w:p>
    <w:p>
      <w:pPr>
        <w:jc w:val="center"/>
      </w:pPr>
      <w:r>
        <w:rPr>
          <w:color w:val="6B7280"/>
          <w:sz w:val="20"/>
        </w:rPr>
        <w:t>📞 +91-9876543210   |   ✉ john.doe@email.com   |   📍 New Delhi, India</w:t>
      </w:r>
    </w:p>
    <w:p/>
    <w:p>
      <w:pPr>
        <w:pStyle w:val="Heading2"/>
      </w:pPr>
      <w:r>
        <w:t>Career Objective</w:t>
      </w:r>
    </w:p>
    <w:p>
      <w:r>
        <w:t>To obtain a responsible position in a reputed organization where I can effectively contribute my skills, gain professional experience, and grow along with the company.</w:t>
      </w:r>
    </w:p>
    <w:p>
      <w:pPr>
        <w:pStyle w:val="Heading2"/>
      </w:pPr>
      <w:r>
        <w:t>Education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Qualification</w:t>
            </w:r>
          </w:p>
        </w:tc>
        <w:tc>
          <w:tcPr>
            <w:tcW w:type="dxa" w:w="2880"/>
          </w:tcPr>
          <w:p>
            <w:r>
              <w:t>Institute / University</w:t>
            </w:r>
          </w:p>
        </w:tc>
        <w:tc>
          <w:tcPr>
            <w:tcW w:type="dxa" w:w="2880"/>
          </w:tcPr>
          <w:p>
            <w:r>
              <w:t>Year &amp; Percentage</w:t>
            </w:r>
          </w:p>
        </w:tc>
      </w:tr>
      <w:tr>
        <w:tc>
          <w:tcPr>
            <w:tcW w:type="dxa" w:w="2880"/>
          </w:tcPr>
          <w:p>
            <w:r>
              <w:t>B.Tech in Computer Science</w:t>
            </w:r>
          </w:p>
        </w:tc>
        <w:tc>
          <w:tcPr>
            <w:tcW w:type="dxa" w:w="2880"/>
          </w:tcPr>
          <w:p>
            <w:r>
              <w:t>Delhi Technological University</w:t>
            </w:r>
          </w:p>
        </w:tc>
        <w:tc>
          <w:tcPr>
            <w:tcW w:type="dxa" w:w="2880"/>
          </w:tcPr>
          <w:p>
            <w:r>
              <w:t>2024 - 8.2 CGPA</w:t>
            </w:r>
          </w:p>
        </w:tc>
      </w:tr>
      <w:tr>
        <w:tc>
          <w:tcPr>
            <w:tcW w:type="dxa" w:w="2880"/>
          </w:tcPr>
          <w:p>
            <w:r>
              <w:t>Class XII</w:t>
            </w:r>
          </w:p>
        </w:tc>
        <w:tc>
          <w:tcPr>
            <w:tcW w:type="dxa" w:w="2880"/>
          </w:tcPr>
          <w:p>
            <w:r>
              <w:t>CBSE Board</w:t>
            </w:r>
          </w:p>
        </w:tc>
        <w:tc>
          <w:tcPr>
            <w:tcW w:type="dxa" w:w="2880"/>
          </w:tcPr>
          <w:p>
            <w:r>
              <w:t>2020 - 88%</w:t>
            </w:r>
          </w:p>
        </w:tc>
      </w:tr>
      <w:tr>
        <w:tc>
          <w:tcPr>
            <w:tcW w:type="dxa" w:w="2880"/>
          </w:tcPr>
          <w:p>
            <w:r>
              <w:t>Class X</w:t>
            </w:r>
          </w:p>
        </w:tc>
        <w:tc>
          <w:tcPr>
            <w:tcW w:type="dxa" w:w="2880"/>
          </w:tcPr>
          <w:p>
            <w:r>
              <w:t>CBSE Board</w:t>
            </w:r>
          </w:p>
        </w:tc>
        <w:tc>
          <w:tcPr>
            <w:tcW w:type="dxa" w:w="2880"/>
          </w:tcPr>
          <w:p>
            <w:r>
              <w:t>2018 - 91%</w:t>
            </w:r>
          </w:p>
        </w:tc>
      </w:tr>
    </w:tbl>
    <w:p>
      <w:pPr>
        <w:pStyle w:val="Heading2"/>
      </w:pPr>
      <w:r>
        <w:t>Technical Skills</w:t>
      </w:r>
    </w:p>
    <w:p>
      <w:r>
        <w:t>• HTML, CSS, JavaScript</w:t>
        <w:br/>
        <w:t>• Python, C++</w:t>
        <w:br/>
        <w:t>• MS Office Suite</w:t>
        <w:br/>
        <w:t>• WordPress &amp; SEO Tools</w:t>
      </w:r>
    </w:p>
    <w:p>
      <w:pPr>
        <w:pStyle w:val="Heading2"/>
      </w:pPr>
      <w:r>
        <w:t>Experience / Internship</w:t>
      </w:r>
    </w:p>
    <w:p>
      <w:r>
        <w:t>• Intern — Web Development at XYZ Pvt. Ltd. (June 2024 – August 2024)</w:t>
        <w:br/>
        <w:t xml:space="preserve">  - Designed responsive web pages using HTML, CSS, and JavaScript.</w:t>
        <w:br/>
        <w:t xml:space="preserve">  - Collaborated with the backend team to enhance performance.</w:t>
      </w:r>
    </w:p>
    <w:p>
      <w:pPr>
        <w:pStyle w:val="Heading2"/>
      </w:pPr>
      <w:r>
        <w:t>Projects</w:t>
      </w:r>
    </w:p>
    <w:p>
      <w:r>
        <w:t>• Online Job Alert Portal</w:t>
        <w:br/>
        <w:t xml:space="preserve">  - Developed a dynamic job alert website using HTML, CSS, and JavaScript.</w:t>
        <w:br/>
        <w:t xml:space="preserve">  - Integrated SEO optimization and mobile responsiveness.</w:t>
      </w:r>
    </w:p>
    <w:p>
      <w:pPr>
        <w:pStyle w:val="Heading2"/>
      </w:pPr>
      <w:r>
        <w:t>Achievements</w:t>
      </w:r>
    </w:p>
    <w:p>
      <w:r>
        <w:t>• Secured 1st position in Web Design Hackathon 2023.</w:t>
        <w:br/>
        <w:t>• Completed Google Digital Marketing Certification.</w:t>
      </w:r>
    </w:p>
    <w:p>
      <w:pPr>
        <w:pStyle w:val="Heading2"/>
      </w:pPr>
      <w:r>
        <w:t>Personal Details</w:t>
      </w:r>
    </w:p>
    <w:p>
      <w:r>
        <w:t>Date of Birth: 15 June 2002</w:t>
        <w:br/>
        <w:t>Gender: Male</w:t>
        <w:br/>
        <w:t>Languages Known: English, Hindi</w:t>
        <w:br/>
        <w:t>Nationality: Indian</w:t>
      </w:r>
    </w:p>
    <w:p>
      <w:pPr>
        <w:pStyle w:val="Heading2"/>
      </w:pPr>
      <w:r>
        <w:t>Declaration</w:t>
      </w:r>
    </w:p>
    <w:p>
      <w:r>
        <w:t>I hereby declare that the above information is true and correct to the best of my knowledge and belief.</w:t>
        <w:br/>
        <w:br/>
        <w:t>(Signature)</w:t>
        <w:br/>
        <w:t>John Doe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